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Default Extension="jpg" ContentType="image/jpe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word/stylesWithEffects.xml" ContentType="application/vnd.ms-word.stylesWithEffect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body>
    <w:p xmlns:wp14="http://schemas.microsoft.com/office/word/2010/wordml" w14:paraId="5DCB4F09" wp14:textId="77777777">
      <w:pPr>
        <w:jc w:val="center"/>
      </w:pPr>
      <w:r>
        <w:rPr>
          <w:b/>
          <w:color w:val="1F4E79"/>
          <w:sz w:val="30"/>
        </w:rPr>
        <w:t>LANARK COUNTY CHILD AND YOUTH SERVICES COLLABORATIVE</w:t>
      </w:r>
    </w:p>
    <w:p xmlns:wp14="http://schemas.microsoft.com/office/word/2010/wordml" w14:paraId="220416AA" wp14:textId="77777777">
      <w:pPr>
        <w:jc w:val="center"/>
      </w:pPr>
      <w:r>
        <w:rPr>
          <w:b/>
          <w:color w:val="BF9000"/>
          <w:sz w:val="40"/>
        </w:rPr>
        <w:t>MEETING AGENDA</w:t>
      </w:r>
    </w:p>
    <w:p xmlns:wp14="http://schemas.microsoft.com/office/word/2010/wordml" w14:paraId="2A897BBC" wp14:textId="435F9674">
      <w:pPr>
        <w:jc w:val="center"/>
      </w:pPr>
      <w:r w:rsidR="40C9F53C" w:rsidRPr="6F385B37">
        <w:rPr>
          <w:bCs w:val="1"/>
          <w:b/>
          <w:sz w:val="22"/>
          <w:szCs w:val="22"/>
        </w:rPr>
        <w:t>Thursday</w:t>
      </w:r>
      <w:r w:rsidR="40C9F53C" w:rsidRPr="6F385B37">
        <w:rPr>
          <w:bCs w:val="1"/>
          <w:b/>
          <w:sz w:val="22"/>
          <w:szCs w:val="22"/>
        </w:rPr>
        <w:t xml:space="preserve"> September 10, </w:t>
      </w:r>
      <w:r w:rsidR="40C9F53C" w:rsidRPr="6F385B37">
        <w:rPr>
          <w:bCs w:val="1"/>
          <w:b/>
          <w:sz w:val="22"/>
          <w:szCs w:val="22"/>
        </w:rPr>
        <w:t>2026  |</w:t>
      </w:r>
      <w:r w:rsidR="40C9F53C" w:rsidRPr="6F385B37">
        <w:rPr>
          <w:bCs w:val="1"/>
          <w:b/>
          <w:sz w:val="22"/>
          <w:szCs w:val="22"/>
        </w:rPr>
        <w:t xml:space="preserve">  9:30 a.m. – 11:30 a.m.</w:t>
      </w:r>
    </w:p>
    <w:tbl>
      <w:tblPr>
        <w:tblW w:w="0" w:type="auto"/>
        <w:tblLayout w:type="fixed"/>
        <w:jc w:val="center"/>
        <w:tblLook w:val="4A0"/>
      </w:tblPr>
      <w:tblGrid>
        <w:gridCol w:w="7272"/>
        <w:gridCol w:w="7272"/>
      </w:tblGrid>
      <w:tr xmlns:wp14="http://schemas.microsoft.com/office/word/2010/wordml" w14:paraId="695F123E" w:rsidTr="6F385B37" wp14:textId="77777777"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tcW w:w="7200" w:type="dxa"/>
          </w:tcPr>
          <w:p w14:paraId="31E90BC9" wp14:textId="77777777">
            <w:r>
              <w:rPr>
                <w:sz w:val="17"/>
              </w:rPr>
              <w:t>In Person: Family and Children’s Services</w:t>
            </w:r>
            <w:r>
              <w:rPr>
                <w:sz w:val="17"/>
              </w:rPr>
              <w:br/>
            </w:r>
            <w:r>
              <w:rPr>
                <w:sz w:val="17"/>
              </w:rPr>
              <w:t>385 Highway 29, Smiths Falls, ON K7A 4W7</w:t>
            </w:r>
          </w:p>
        </w:tc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tcW w:w="7200" w:type="dxa"/>
          </w:tcPr>
          <w:p w14:paraId="7B619416" wp14:textId="77777777">
            <w:r>
              <w:rPr>
                <w:sz w:val="17"/>
              </w:rPr>
              <w:t>Virtual: Microsoft Teams – hosted by Open Doors Mental Health</w:t>
            </w:r>
            <w:r>
              <w:rPr>
                <w:sz w:val="17"/>
              </w:rPr>
              <w:br/>
            </w:r>
            <w:r>
              <w:rPr>
                <w:sz w:val="17"/>
              </w:rPr>
              <w:t>Location &amp; Coffee Host: Family and Children’s Services</w:t>
            </w:r>
          </w:p>
        </w:tc>
      </w:tr>
      <w:tr xmlns:wp14="http://schemas.microsoft.com/office/word/2010/wordml" w14:paraId="2520E54F" w:rsidTr="6F385B37" wp14:textId="77777777"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tcW w:w="7200" w:type="dxa"/>
          </w:tcPr>
          <w:p w14:paraId="694A2223" wp14:textId="5E4D3269">
            <w:r w:rsidR="6F385B37" w:rsidRPr="6F385B37">
              <w:rPr>
                <w:sz w:val="17"/>
                <w:szCs w:val="17"/>
              </w:rPr>
              <w:t>Chair:</w:t>
            </w:r>
            <w:r w:rsidR="21369142" w:rsidRPr="6F385B37">
              <w:rPr>
                <w:sz w:val="17"/>
                <w:szCs w:val="17"/>
              </w:rPr>
              <w:t xml:space="preserve"> Chelsey Coe</w:t>
            </w:r>
          </w:p>
        </w:tc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tcW w:w="7200" w:type="dxa"/>
          </w:tcPr>
          <w:p w14:paraId="4362E7F1" wp14:textId="77777777">
            <w:r>
              <w:rPr>
                <w:sz w:val="17"/>
              </w:rPr>
              <w:t>Community Coordinator / Note Taker: Sharon Halladay</w:t>
            </w:r>
          </w:p>
        </w:tc>
      </w:tr>
      <w:tr xmlns:wp14="http://schemas.microsoft.com/office/word/2010/wordml" w14:paraId="0510A903" w:rsidTr="6F385B37" wp14:textId="77777777"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tcW w:w="7200" w:type="dxa"/>
          </w:tcPr>
          <w:p w14:paraId="00BD92D3" wp14:textId="77777777">
            <w:r>
              <w:rPr>
                <w:sz w:val="17"/>
              </w:rPr>
              <w:t>Attendance: __________________________________________</w:t>
            </w:r>
          </w:p>
        </w:tc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tcW w:w="7200" w:type="dxa"/>
          </w:tcPr>
          <w:p w14:paraId="7D572519" wp14:textId="77777777">
            <w:r>
              <w:rPr>
                <w:sz w:val="17"/>
              </w:rPr>
              <w:t>Regrets: _____________________________________________</w:t>
            </w:r>
          </w:p>
        </w:tc>
      </w:tr>
    </w:tbl>
    <w:p xmlns:wp14="http://schemas.microsoft.com/office/word/2010/wordml" w14:paraId="672A6659" wp14:textId="77777777">
      <w:pPr>
        <w:spacing w:after="20"/>
      </w:pPr>
    </w:p>
    <w:tbl>
      <w:tblPr>
        <w:tblW w:w="0" w:type="auto"/>
        <w:tblLayout w:type="fixed"/>
        <w:jc w:val="center"/>
        <w:tblStyle w:val="TableGrid"/>
        <w:tblLook w:val="4A0"/>
      </w:tblPr>
      <w:tblGrid>
        <w:gridCol w:w="2909"/>
        <w:gridCol w:w="2909"/>
        <w:gridCol w:w="2909"/>
        <w:gridCol w:w="2909"/>
        <w:gridCol w:w="2909"/>
      </w:tblGrid>
      <w:tr xmlns:wp14="http://schemas.microsoft.com/office/word/2010/wordml" w14:paraId="6A7A5C65" w:rsidTr="6F385B37" wp14:textId="77777777"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shd w:fill="1F4E79" w:color="auto" w:val="clear"/>
            <w:tcW w:w="1224" w:type="dxa"/>
          </w:tcPr>
          <w:p w14:paraId="4A146726" wp14:textId="77777777">
            <w:r>
              <w:rPr>
                <w:b/>
                <w:color w:val="FFFFFF"/>
                <w:sz w:val="17"/>
              </w:rPr>
              <w:t>Time</w:t>
            </w:r>
          </w:p>
        </w:tc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shd w:fill="1F4E79" w:color="auto" w:val="clear"/>
            <w:tcW w:w="3384" w:type="dxa"/>
          </w:tcPr>
          <w:p w14:paraId="53A8696D" wp14:textId="77777777">
            <w:r>
              <w:rPr>
                <w:b/>
                <w:color w:val="FFFFFF"/>
                <w:sz w:val="17"/>
              </w:rPr>
              <w:t>Agenda Item</w:t>
            </w:r>
          </w:p>
        </w:tc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shd w:fill="1F4E79" w:color="auto" w:val="clear"/>
            <w:tcW w:w="4320" w:type="dxa"/>
          </w:tcPr>
          <w:p w14:paraId="158946B7" wp14:textId="77777777">
            <w:r>
              <w:rPr>
                <w:b/>
                <w:color w:val="FFFFFF"/>
                <w:sz w:val="17"/>
              </w:rPr>
              <w:t>Purpose / Desired Outcome</w:t>
            </w:r>
          </w:p>
        </w:tc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shd w:fill="1F4E79" w:color="auto" w:val="clear"/>
            <w:tcW w:w="2088" w:type="dxa"/>
          </w:tcPr>
          <w:p w14:paraId="2F1D1778" wp14:textId="77777777">
            <w:r>
              <w:rPr>
                <w:b/>
                <w:color w:val="FFFFFF"/>
                <w:sz w:val="17"/>
              </w:rPr>
              <w:t>Lead</w:t>
            </w:r>
          </w:p>
        </w:tc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shd w:fill="1F4E79" w:color="auto" w:val="clear"/>
            <w:tcW w:w="3960" w:type="dxa"/>
          </w:tcPr>
          <w:p w14:paraId="723AE4B0" wp14:textId="77777777">
            <w:r>
              <w:rPr>
                <w:b/>
                <w:color w:val="FFFFFF"/>
                <w:sz w:val="17"/>
              </w:rPr>
              <w:t>Decisions, Actions &amp; Follow-Up</w:t>
            </w:r>
          </w:p>
        </w:tc>
      </w:tr>
      <w:tr xmlns:wp14="http://schemas.microsoft.com/office/word/2010/wordml" w14:paraId="05866B5A" w:rsidTr="6F385B37" wp14:textId="77777777"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tcW w:w="1224" w:type="dxa"/>
          </w:tcPr>
          <w:p w14:paraId="019472DE" wp14:textId="77777777">
            <w:pPr>
              <w:spacing w:after="0"/>
            </w:pPr>
            <w:r>
              <w:rPr>
                <w:sz w:val="15"/>
              </w:rPr>
              <w:t>9:30–9:35</w:t>
            </w:r>
          </w:p>
        </w:tc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tcW w:w="3384" w:type="dxa"/>
          </w:tcPr>
          <w:p w14:paraId="5455A3E0" wp14:textId="3152F212">
            <w:pPr>
              <w:spacing w:after="0"/>
            </w:pPr>
            <w:r w:rsidR="6F385B37" w:rsidRPr="6F385B37">
              <w:rPr>
                <w:sz w:val="15"/>
                <w:szCs w:val="15"/>
              </w:rPr>
              <w:t>Welcome &amp; Opening</w:t>
            </w:r>
            <w:r>
              <w:br/>
            </w:r>
            <w:r w:rsidR="6F385B37" w:rsidRPr="6F385B37">
              <w:rPr>
                <w:sz w:val="15"/>
                <w:szCs w:val="15"/>
              </w:rPr>
              <w:t>• Land Acknowledgement</w:t>
            </w:r>
            <w:r>
              <w:br/>
            </w:r>
            <w:r w:rsidR="6F385B37" w:rsidRPr="6F385B37">
              <w:rPr>
                <w:sz w:val="15"/>
                <w:szCs w:val="15"/>
              </w:rPr>
              <w:t>• Review &amp; Approval of Agenda</w:t>
            </w:r>
            <w:r>
              <w:br/>
            </w:r>
            <w:r w:rsidR="6F385B37" w:rsidRPr="6F385B37">
              <w:rPr>
                <w:sz w:val="15"/>
                <w:szCs w:val="15"/>
              </w:rPr>
              <w:t>• Acceptance of Meeting Notes</w:t>
            </w:r>
          </w:p>
          <w:p w14:paraId="2B21AE3D" w:rsidP="6F385B37" wp14:textId="4140BEFE">
            <w:pPr>
              <w:pStyle w:val="Normal"/>
              <w:spacing w:after="0"/>
              <w:rPr>
                <w:sz w:val="15"/>
                <w:szCs w:val="15"/>
              </w:rPr>
            </w:pPr>
            <w:r w:rsidR="5D078497" w:rsidRPr="6F385B37">
              <w:rPr>
                <w:sz w:val="15"/>
                <w:szCs w:val="15"/>
              </w:rPr>
              <w:t>• Share workplan/survey results</w:t>
            </w:r>
            <w:r w:rsidR="7B8A672C" w:rsidRPr="6F385B37">
              <w:rPr>
                <w:sz w:val="15"/>
                <w:szCs w:val="15"/>
              </w:rPr>
              <w:t>/Stewardship Election/Logo</w:t>
            </w:r>
          </w:p>
          <w:p w14:paraId="2A19162A" w:rsidP="6F385B37" wp14:textId="16287426">
            <w:pPr>
              <w:spacing w:after="0"/>
              <w:rPr>
                <w:sz w:val="15"/>
                <w:szCs w:val="15"/>
              </w:rPr>
            </w:pPr>
          </w:p>
        </w:tc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tcW w:w="4320" w:type="dxa"/>
          </w:tcPr>
          <w:p w14:paraId="7129627A" wp14:textId="77777777">
            <w:pPr>
              <w:spacing w:after="0"/>
            </w:pPr>
            <w:r>
              <w:rPr>
                <w:sz w:val="15"/>
              </w:rPr>
              <w:t>Welcome members; approve meeting business; receive brief updates.</w:t>
            </w:r>
          </w:p>
        </w:tc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tcW w:w="2088" w:type="dxa"/>
          </w:tcPr>
          <w:p w14:paraId="18962B17" wp14:textId="74E7F5D9">
            <w:pPr>
              <w:spacing w:after="0"/>
            </w:pPr>
            <w:r>
              <w:t>?</w:t>
            </w:r>
          </w:p>
          <w:p>
            <w:pPr>
              <w:spacing w:after="0"/>
            </w:pPr>
            <w:r>
              <w:t>Chelsea Coe</w:t>
            </w:r>
          </w:p>
          <w:p w14:paraId="13346EE8" w:rsidP="6F385B37" wp14:textId="6937A6ED">
            <w:pPr>
              <w:spacing w:after="0"/>
              <w:rPr>
                <w:sz w:val="15"/>
                <w:szCs w:val="15"/>
              </w:rPr>
            </w:pPr>
          </w:p>
          <w:p w14:paraId="2594E0E8" wp14:textId="52B37EAB">
            <w:pPr>
              <w:spacing w:after="0"/>
            </w:pPr>
            <w:r w:rsidR="20E0B048" w:rsidRPr="6F385B37">
              <w:rPr>
                <w:sz w:val="15"/>
                <w:szCs w:val="15"/>
              </w:rPr>
              <w:t>Sharon Halladay</w:t>
            </w:r>
          </w:p>
        </w:tc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tcW w:w="3960" w:type="dxa"/>
          </w:tcPr>
          <w:p w14:paraId="0A37501D" wp14:textId="77777777">
            <w:pPr>
              <w:spacing w:after="0"/>
            </w:pPr>
            <w:r>
              <w:rPr>
                <w:sz w:val="15"/>
              </w:rPr>
            </w:r>
          </w:p>
        </w:tc>
      </w:tr>
      <w:tr xmlns:wp14="http://schemas.microsoft.com/office/word/2010/wordml" w14:paraId="3BB0473F" w:rsidTr="6F385B37" wp14:textId="77777777"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tcW w:w="1224" w:type="dxa"/>
          </w:tcPr>
          <w:p w14:paraId="701EE853" wp14:textId="77777777">
            <w:pPr>
              <w:spacing w:after="0"/>
            </w:pPr>
            <w:r>
              <w:rPr>
                <w:sz w:val="15"/>
              </w:rPr>
              <w:t>9:35–9:40</w:t>
            </w:r>
          </w:p>
        </w:tc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tcW w:w="3384" w:type="dxa"/>
          </w:tcPr>
          <w:p w14:paraId="7F03002A" wp14:textId="3203F186">
            <w:pPr>
              <w:spacing w:after="0"/>
            </w:pPr>
            <w:r w:rsidR="6F385B37" w:rsidRPr="6F385B37">
              <w:rPr>
                <w:sz w:val="15"/>
                <w:szCs w:val="15"/>
              </w:rPr>
              <w:t xml:space="preserve">Agency Profile – </w:t>
            </w:r>
          </w:p>
        </w:tc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tcW w:w="4320" w:type="dxa"/>
          </w:tcPr>
          <w:p w14:paraId="32887FE1" wp14:textId="77777777">
            <w:pPr>
              <w:spacing w:after="0"/>
            </w:pPr>
            <w:r>
              <w:rPr>
                <w:sz w:val="15"/>
              </w:rPr>
              <w:t>Increase awareness of new and existing programs and services.</w:t>
            </w:r>
          </w:p>
        </w:tc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tcW w:w="2088" w:type="dxa"/>
          </w:tcPr>
          <w:p w14:paraId="6EFB1123" wp14:textId="02DFB1FF">
            <w:pPr>
              <w:spacing w:after="0"/>
            </w:pPr>
            <w:r w:rsidR="64C81DE9" w:rsidRPr="6F385B37">
              <w:rPr>
                <w:sz w:val="15"/>
                <w:szCs w:val="15"/>
              </w:rPr>
              <w:t>?</w:t>
            </w:r>
          </w:p>
        </w:tc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tcW w:w="3960" w:type="dxa"/>
          </w:tcPr>
          <w:p w14:paraId="5DAB6C7B" wp14:textId="77777777">
            <w:pPr>
              <w:spacing w:after="0"/>
            </w:pPr>
            <w:r>
              <w:rPr>
                <w:sz w:val="15"/>
              </w:rPr>
            </w:r>
          </w:p>
        </w:tc>
      </w:tr>
      <w:tr xmlns:wp14="http://schemas.microsoft.com/office/word/2010/wordml" w14:paraId="48C55D1E" w:rsidTr="6F385B37" wp14:textId="77777777"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tcW w:w="1224" w:type="dxa"/>
          </w:tcPr>
          <w:p w14:paraId="1B99A119" wp14:textId="051F19E1">
            <w:pPr>
              <w:spacing w:after="0"/>
            </w:pPr>
            <w:r w:rsidR="6F385B37" w:rsidRPr="6F385B37">
              <w:rPr>
                <w:sz w:val="15"/>
                <w:szCs w:val="15"/>
              </w:rPr>
              <w:t>9:40–9</w:t>
            </w:r>
            <w:r w:rsidR="3F6161A2" w:rsidRPr="6F385B37">
              <w:rPr>
                <w:sz w:val="15"/>
                <w:szCs w:val="15"/>
              </w:rPr>
              <w:t>:45</w:t>
            </w:r>
          </w:p>
        </w:tc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tcW w:w="3384" w:type="dxa"/>
          </w:tcPr>
          <w:p w14:paraId="55430A54" wp14:textId="71D2C536">
            <w:pPr>
              <w:spacing w:after="0"/>
            </w:pPr>
            <w:r w:rsidR="3F6161A2" w:rsidRPr="6F385B37">
              <w:rPr>
                <w:sz w:val="15"/>
                <w:szCs w:val="15"/>
              </w:rPr>
              <w:t>EDI</w:t>
            </w:r>
          </w:p>
          <w:p w14:paraId="2EEDFF2A" w:rsidP="6F385B37" wp14:textId="5DB6EE50">
            <w:pPr>
              <w:pStyle w:val="Normal"/>
              <w:spacing w:after="0"/>
            </w:pPr>
            <w:r w:rsidR="3F6161A2" w:rsidRPr="6F385B37">
              <w:rPr>
                <w:sz w:val="15"/>
                <w:szCs w:val="15"/>
              </w:rPr>
              <w:t>• Share workplan/Terms of reference</w:t>
            </w:r>
            <w:r>
              <w:br/>
            </w:r>
            <w:r w:rsidR="3F6161A2" w:rsidRPr="6F385B37">
              <w:rPr>
                <w:sz w:val="15"/>
                <w:szCs w:val="15"/>
              </w:rPr>
              <w:t>• New members welocme</w:t>
            </w:r>
            <w:r>
              <w:br/>
            </w:r>
            <w:r w:rsidR="3F6161A2" w:rsidRPr="6F385B37">
              <w:rPr>
                <w:sz w:val="15"/>
                <w:szCs w:val="15"/>
              </w:rPr>
              <w:t>• Case study call out</w:t>
            </w:r>
          </w:p>
          <w:p w14:paraId="3A4FE2DA" w:rsidP="6F385B37" wp14:textId="555A666C">
            <w:pPr>
              <w:spacing w:after="0"/>
              <w:rPr>
                <w:sz w:val="15"/>
                <w:szCs w:val="15"/>
              </w:rPr>
            </w:pPr>
          </w:p>
        </w:tc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tcW w:w="4320" w:type="dxa"/>
          </w:tcPr>
          <w:p w14:paraId="66984819" w:rsidP="6F385B37" wp14:textId="0ECB880B">
            <w:pPr>
              <w:spacing w:after="0"/>
              <w:rPr>
                <w:sz w:val="15"/>
                <w:szCs w:val="15"/>
              </w:rPr>
            </w:pPr>
          </w:p>
        </w:tc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tcW w:w="2088" w:type="dxa"/>
          </w:tcPr>
          <w:p w14:paraId="65391D16" w:rsidP="6F385B37" wp14:textId="21BE78D2">
            <w:pPr>
              <w:spacing w:after="0"/>
              <w:rPr>
                <w:sz w:val="15"/>
                <w:szCs w:val="15"/>
              </w:rPr>
            </w:pPr>
            <w:r w:rsidR="6F385B37" w:rsidRPr="6F385B37">
              <w:rPr>
                <w:sz w:val="15"/>
                <w:szCs w:val="15"/>
              </w:rPr>
              <w:t>S</w:t>
            </w:r>
            <w:r w:rsidR="51648488" w:rsidRPr="6F385B37">
              <w:rPr>
                <w:sz w:val="15"/>
                <w:szCs w:val="15"/>
              </w:rPr>
              <w:t>haron Halladay</w:t>
            </w:r>
          </w:p>
        </w:tc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tcW w:w="3960" w:type="dxa"/>
          </w:tcPr>
          <w:p w14:paraId="02EB378F" wp14:textId="77777777">
            <w:pPr>
              <w:spacing w:after="0"/>
            </w:pPr>
            <w:r>
              <w:rPr>
                <w:sz w:val="15"/>
              </w:rPr>
            </w:r>
          </w:p>
        </w:tc>
      </w:tr>
      <w:tr xmlns:wp14="http://schemas.microsoft.com/office/word/2010/wordml" w14:paraId="1E8D1FFA" w:rsidTr="6F385B37" wp14:textId="77777777"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tcW w:w="1224" w:type="dxa"/>
          </w:tcPr>
          <w:p w14:paraId="672E0AB5" wp14:textId="77777777">
            <w:pPr>
              <w:spacing w:after="0"/>
            </w:pPr>
            <w:r>
              <w:rPr>
                <w:sz w:val="15"/>
              </w:rPr>
              <w:t>9:55–10:15</w:t>
            </w:r>
          </w:p>
        </w:tc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tcW w:w="3384" w:type="dxa"/>
          </w:tcPr>
          <w:p w14:paraId="443A7C4C" w:rsidP="6F385B37" wp14:textId="2FE3AFA3">
            <w:pPr>
              <w:spacing w:after="0"/>
              <w:rPr>
                <w:sz w:val="15"/>
                <w:szCs w:val="15"/>
              </w:rPr>
            </w:pPr>
          </w:p>
        </w:tc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tcW w:w="4320" w:type="dxa"/>
          </w:tcPr>
          <w:p w14:paraId="232DE50A" w:rsidP="6F385B37" wp14:textId="64C106C0">
            <w:pPr>
              <w:spacing w:after="0"/>
              <w:rPr>
                <w:sz w:val="15"/>
                <w:szCs w:val="15"/>
              </w:rPr>
            </w:pPr>
          </w:p>
        </w:tc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tcW w:w="2088" w:type="dxa"/>
          </w:tcPr>
          <w:p w14:paraId="1AA4C54C" w:rsidP="6F385B37" wp14:textId="6968D60E">
            <w:pPr>
              <w:spacing w:after="0"/>
              <w:rPr>
                <w:sz w:val="15"/>
                <w:szCs w:val="15"/>
              </w:rPr>
            </w:pPr>
          </w:p>
        </w:tc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tcW w:w="3960" w:type="dxa"/>
          </w:tcPr>
          <w:p w14:paraId="6A05A809" wp14:textId="77777777">
            <w:pPr>
              <w:spacing w:after="0"/>
            </w:pPr>
            <w:r>
              <w:rPr>
                <w:sz w:val="15"/>
              </w:rPr>
            </w:r>
          </w:p>
        </w:tc>
      </w:tr>
      <w:tr xmlns:wp14="http://schemas.microsoft.com/office/word/2010/wordml" w14:paraId="6DC70E5A" w:rsidTr="6F385B37" wp14:textId="77777777"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tcW w:w="1224" w:type="dxa"/>
          </w:tcPr>
          <w:p w14:paraId="222C33C5" wp14:textId="77777777">
            <w:pPr>
              <w:spacing w:after="0"/>
            </w:pPr>
            <w:r>
              <w:rPr>
                <w:sz w:val="15"/>
              </w:rPr>
              <w:t>10:15–10:20</w:t>
            </w:r>
          </w:p>
        </w:tc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tcW w:w="3384" w:type="dxa"/>
          </w:tcPr>
          <w:p w14:paraId="403956B4" w:rsidP="6F385B37" wp14:textId="1D1C6C64">
            <w:pPr>
              <w:spacing w:after="0"/>
              <w:rPr>
                <w:sz w:val="15"/>
                <w:szCs w:val="15"/>
              </w:rPr>
            </w:pPr>
          </w:p>
        </w:tc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tcW w:w="4320" w:type="dxa"/>
          </w:tcPr>
          <w:p w14:paraId="1BF94010" w:rsidP="6F385B37" wp14:textId="6E73595A">
            <w:pPr>
              <w:spacing w:after="0"/>
              <w:rPr>
                <w:sz w:val="15"/>
                <w:szCs w:val="15"/>
              </w:rPr>
            </w:pPr>
          </w:p>
        </w:tc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tcW w:w="2088" w:type="dxa"/>
          </w:tcPr>
          <w:p w14:paraId="7DB27A79" w:rsidP="6F385B37" wp14:textId="1B877F88">
            <w:pPr>
              <w:spacing w:after="0"/>
              <w:rPr>
                <w:sz w:val="15"/>
                <w:szCs w:val="15"/>
              </w:rPr>
            </w:pPr>
          </w:p>
        </w:tc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tcW w:w="3960" w:type="dxa"/>
          </w:tcPr>
          <w:p w14:paraId="5A39BBE3" wp14:textId="77777777">
            <w:pPr>
              <w:spacing w:after="0"/>
            </w:pPr>
            <w:r>
              <w:rPr>
                <w:sz w:val="15"/>
              </w:rPr>
            </w:r>
          </w:p>
        </w:tc>
      </w:tr>
      <w:tr xmlns:wp14="http://schemas.microsoft.com/office/word/2010/wordml" w14:paraId="4FAB32CB" w:rsidTr="6F385B37" wp14:textId="77777777"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tcW w:w="1224" w:type="dxa"/>
          </w:tcPr>
          <w:p w14:paraId="0D0D21FD" wp14:textId="77777777">
            <w:pPr>
              <w:spacing w:after="0"/>
            </w:pPr>
            <w:r>
              <w:rPr>
                <w:sz w:val="15"/>
              </w:rPr>
              <w:t>10:20–10:35</w:t>
            </w:r>
          </w:p>
        </w:tc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tcW w:w="3384" w:type="dxa"/>
          </w:tcPr>
          <w:p w14:paraId="04CEC3AD" wp14:textId="77777777">
            <w:pPr>
              <w:spacing w:after="0"/>
            </w:pPr>
            <w:r>
              <w:rPr>
                <w:sz w:val="15"/>
              </w:rPr>
              <w:t>Networking &amp; Coffee Break</w:t>
            </w:r>
          </w:p>
        </w:tc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tcW w:w="4320" w:type="dxa"/>
          </w:tcPr>
          <w:p w14:paraId="61342262" wp14:textId="77777777">
            <w:pPr>
              <w:spacing w:after="0"/>
            </w:pPr>
            <w:r>
              <w:rPr>
                <w:sz w:val="15"/>
              </w:rPr>
              <w:t>Informal networking and relationship building.</w:t>
            </w:r>
          </w:p>
        </w:tc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tcW w:w="2088" w:type="dxa"/>
          </w:tcPr>
          <w:p w14:paraId="37114E2C" wp14:textId="77777777">
            <w:pPr>
              <w:spacing w:after="0"/>
            </w:pPr>
            <w:r>
              <w:rPr>
                <w:sz w:val="15"/>
              </w:rPr>
              <w:t>All Members</w:t>
            </w:r>
          </w:p>
        </w:tc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tcW w:w="3960" w:type="dxa"/>
          </w:tcPr>
          <w:p w14:paraId="41C8F396" wp14:textId="77777777">
            <w:pPr>
              <w:spacing w:after="0"/>
            </w:pPr>
            <w:r>
              <w:rPr>
                <w:sz w:val="15"/>
              </w:rPr>
            </w:r>
          </w:p>
        </w:tc>
      </w:tr>
      <w:tr xmlns:wp14="http://schemas.microsoft.com/office/word/2010/wordml" w14:paraId="279E587F" w:rsidTr="6F385B37" wp14:textId="77777777"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tcW w:w="1224" w:type="dxa"/>
          </w:tcPr>
          <w:p w14:paraId="714C5CDE" wp14:textId="77777777">
            <w:pPr>
              <w:spacing w:after="0"/>
            </w:pPr>
            <w:r>
              <w:rPr>
                <w:sz w:val="15"/>
              </w:rPr>
              <w:t>10:35–11:00</w:t>
            </w:r>
          </w:p>
        </w:tc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tcW w:w="3384" w:type="dxa"/>
          </w:tcPr>
          <w:p w14:paraId="11590A2D" wp14:textId="77777777">
            <w:pPr>
              <w:spacing w:after="0"/>
            </w:pPr>
            <w:r>
              <w:rPr>
                <w:sz w:val="15"/>
              </w:rPr>
            </w:r>
          </w:p>
        </w:tc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tcW w:w="4320" w:type="dxa"/>
          </w:tcPr>
          <w:p w14:paraId="5D93437D" wp14:textId="77777777">
            <w:pPr>
              <w:spacing w:after="0"/>
            </w:pPr>
          </w:p>
        </w:tc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tcW w:w="2088" w:type="dxa"/>
          </w:tcPr>
          <w:p w14:paraId="147D7DC1" wp14:textId="77777777">
            <w:pPr>
              <w:spacing w:after="0"/>
            </w:pPr>
            <w:r>
              <w:rPr>
                <w:sz w:val="15"/>
              </w:rPr>
              <w:br/>
            </w:r>
          </w:p>
        </w:tc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tcW w:w="3960" w:type="dxa"/>
          </w:tcPr>
          <w:p w14:paraId="72A3D3EC" wp14:textId="77777777">
            <w:pPr>
              <w:spacing w:after="0"/>
            </w:pPr>
            <w:r>
              <w:rPr>
                <w:sz w:val="15"/>
              </w:rPr>
            </w:r>
          </w:p>
        </w:tc>
      </w:tr>
      <w:tr xmlns:wp14="http://schemas.microsoft.com/office/word/2010/wordml" w14:paraId="7EEAE533" w:rsidTr="6F385B37" wp14:textId="77777777"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tcW w:w="1224" w:type="dxa"/>
          </w:tcPr>
          <w:p w14:paraId="6F73CCA5" wp14:textId="77777777">
            <w:pPr>
              <w:spacing w:after="0"/>
            </w:pPr>
            <w:r>
              <w:rPr>
                <w:sz w:val="15"/>
              </w:rPr>
              <w:t>11:00–11:25</w:t>
            </w:r>
          </w:p>
        </w:tc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tcW w:w="3384" w:type="dxa"/>
          </w:tcPr>
          <w:p w14:paraId="4313F753" wp14:textId="3DA189B6">
            <w:pPr>
              <w:spacing w:after="0"/>
            </w:pPr>
          </w:p>
        </w:tc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tcW w:w="4320" w:type="dxa"/>
          </w:tcPr>
          <w:p w14:paraId="08BA8769" wp14:textId="77777777">
            <w:pPr>
              <w:spacing w:after="0"/>
            </w:pPr>
            <w:r>
              <w:rPr>
                <w:sz w:val="15"/>
              </w:rPr>
            </w:r>
          </w:p>
        </w:tc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tcW w:w="2088" w:type="dxa"/>
          </w:tcPr>
          <w:p w14:paraId="76DCE82B" wp14:textId="77777777">
            <w:pPr>
              <w:spacing w:after="0"/>
            </w:pPr>
          </w:p>
        </w:tc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tcW w:w="3960" w:type="dxa"/>
          </w:tcPr>
          <w:p w14:paraId="0D0B940D" wp14:textId="77777777">
            <w:pPr>
              <w:spacing w:after="0"/>
            </w:pPr>
            <w:r>
              <w:rPr>
                <w:sz w:val="15"/>
              </w:rPr>
            </w:r>
          </w:p>
        </w:tc>
      </w:tr>
      <w:tr xmlns:wp14="http://schemas.microsoft.com/office/word/2010/wordml" w14:paraId="1680B291" w:rsidTr="6F385B37" wp14:textId="77777777"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tcW w:w="1224" w:type="dxa"/>
          </w:tcPr>
          <w:p w14:paraId="6A82568A" wp14:textId="77777777">
            <w:pPr>
              <w:spacing w:after="0"/>
            </w:pPr>
            <w:r>
              <w:rPr>
                <w:sz w:val="15"/>
              </w:rPr>
              <w:t>11:25–11:28</w:t>
            </w:r>
          </w:p>
        </w:tc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tcW w:w="3384" w:type="dxa"/>
          </w:tcPr>
          <w:p w14:paraId="6B2BAC0D" wp14:textId="77777777">
            <w:pPr>
              <w:spacing w:after="0"/>
            </w:pPr>
            <w:r>
              <w:rPr>
                <w:sz w:val="15"/>
              </w:rPr>
              <w:t>Member Roundtable</w:t>
            </w:r>
          </w:p>
        </w:tc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tcW w:w="4320" w:type="dxa"/>
          </w:tcPr>
          <w:p w14:paraId="530CB6FC" wp14:textId="77777777">
            <w:pPr>
              <w:spacing w:after="0"/>
            </w:pPr>
            <w:r>
              <w:rPr>
                <w:sz w:val="15"/>
              </w:rPr>
              <w:t>Share PD opportunities, agency news, resources and community information.</w:t>
            </w:r>
          </w:p>
        </w:tc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tcW w:w="2088" w:type="dxa"/>
          </w:tcPr>
          <w:p w14:paraId="1E54BA08" wp14:textId="77777777">
            <w:pPr>
              <w:spacing w:after="0"/>
            </w:pPr>
            <w:r>
              <w:rPr>
                <w:sz w:val="15"/>
              </w:rPr>
              <w:t>All Members</w:t>
            </w:r>
          </w:p>
        </w:tc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tcW w:w="3960" w:type="dxa"/>
          </w:tcPr>
          <w:p w14:paraId="0E27B00A" wp14:textId="77777777">
            <w:pPr>
              <w:spacing w:after="0"/>
            </w:pPr>
            <w:r>
              <w:rPr>
                <w:sz w:val="15"/>
              </w:rPr>
            </w:r>
          </w:p>
        </w:tc>
      </w:tr>
      <w:tr xmlns:wp14="http://schemas.microsoft.com/office/word/2010/wordml" w14:paraId="272584B6" w:rsidTr="6F385B37" wp14:textId="77777777"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tcW w:w="1224" w:type="dxa"/>
          </w:tcPr>
          <w:p w14:paraId="1EB66E81" wp14:textId="77777777">
            <w:pPr>
              <w:spacing w:after="0"/>
            </w:pPr>
            <w:r>
              <w:rPr>
                <w:sz w:val="15"/>
              </w:rPr>
              <w:t>11:28–11:30</w:t>
            </w:r>
          </w:p>
        </w:tc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tcW w:w="3384" w:type="dxa"/>
          </w:tcPr>
          <w:p w14:paraId="30BA1234" wp14:textId="77777777">
            <w:pPr>
              <w:spacing w:after="0"/>
            </w:pPr>
            <w:r>
              <w:rPr>
                <w:sz w:val="15"/>
              </w:rPr>
              <w:t>Key Messages, Action Review &amp; Closing</w:t>
            </w:r>
          </w:p>
        </w:tc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tcW w:w="4320" w:type="dxa"/>
          </w:tcPr>
          <w:p w14:paraId="3F40DF35" wp14:textId="77777777">
            <w:pPr>
              <w:spacing w:after="0"/>
            </w:pPr>
            <w:r>
              <w:rPr>
                <w:sz w:val="15"/>
              </w:rPr>
              <w:t>Confirm key messages, assigned actions and follow-up.</w:t>
            </w:r>
          </w:p>
        </w:tc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tcW w:w="2088" w:type="dxa"/>
          </w:tcPr>
          <w:p w14:paraId="2D3AEFF5" wp14:textId="77777777">
            <w:pPr>
              <w:spacing w:after="0"/>
            </w:pPr>
            <w:r>
              <w:t>Chelsea Coe</w:t>
            </w:r>
          </w:p>
        </w:tc>
        <w:tc>
          <w:tcPr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tcW w:w="3960" w:type="dxa"/>
          </w:tcPr>
          <w:p w14:paraId="60061E4C" wp14:textId="77777777">
            <w:pPr>
              <w:spacing w:after="0"/>
            </w:pPr>
            <w:r>
              <w:rPr>
                <w:sz w:val="15"/>
              </w:rPr>
            </w:r>
          </w:p>
        </w:tc>
      </w:tr>
    </w:tbl>
    <w:p xmlns:wp14="http://schemas.microsoft.com/office/word/2010/wordml" w14:paraId="34760DF6" wp14:textId="5D82E365">
      <w:pPr>
        <w:spacing w:before="100" w:after="20"/>
      </w:pPr>
      <w:r w:rsidR="6F385B37" w:rsidRPr="6F385B37">
        <w:rPr>
          <w:bCs w:val="1"/>
          <w:b/>
          <w:color w:val="1F4E79"/>
        </w:rPr>
        <w:t>UPCOMING MEETING</w:t>
      </w:r>
      <w:r w:rsidR="4C93313E" w:rsidRPr="6F385B37">
        <w:rPr>
          <w:bCs w:val="1"/>
          <w:b/>
          <w:color w:val="1F4E79"/>
        </w:rPr>
        <w:t>S</w:t>
      </w:r>
      <w:r w:rsidR="6F385B37" w:rsidRPr="6F385B37">
        <w:rPr>
          <w:bCs w:val="1"/>
          <w:b/>
          <w:color w:val="1F4E79"/>
        </w:rPr>
        <w:t xml:space="preserve">: </w:t>
      </w:r>
      <w:r w:rsidR="22F24483" w:rsidRPr="6F385B37">
        <w:rPr>
          <w:bCs w:val="1"/>
          <w:b/>
          <w:color w:val="1F4E79"/>
        </w:rPr>
        <w:t xml:space="preserve"> Oct. 8, Nov. 12, Jan. 14, Feb. 11, Mar. 11, Apr.8, May 13, June 10</w:t>
      </w:r>
    </w:p>
    <w:p w:rsidR="595F061C" w:rsidRDefault="595F061C" w14:paraId="5EFE6E96" w14:textId="7CB57017" w:rsidP="6F385B37">
      <w:pPr>
        <w:spacing w:before="100" w:after="20"/>
      </w:pPr>
      <w:r w:rsidR="595F061C" w:rsidRPr="6F385B37">
        <w:rPr>
          <w:bCs w:val="1"/>
          <w:b/>
          <w:color w:val="1F4E79"/>
        </w:rPr>
        <w:t>Jan and February are virtual</w:t>
      </w:r>
    </w:p>
    <w:p xmlns:wp14="http://schemas.microsoft.com/office/word/2010/wordml" w14:paraId="44EAFD9C" wp14:textId="77777777">
      <w:r>
        <w:br w:type="page"/>
      </w:r>
    </w:p>
    <w:p xmlns:wp14="http://schemas.microsoft.com/office/word/2010/wordml" w14:paraId="7549C40B" wp14:textId="77777777">
      <w:pPr>
        <w:jc w:val="center"/>
      </w:pPr>
      <w:r>
        <w:rPr>
          <w:b/>
          <w:color w:val="1F4E79"/>
          <w:sz w:val="28"/>
        </w:rPr>
        <w:t>LANARK COUNTY CHILD AND YOUTH SERVICES COLLABORATIVE</w:t>
      </w:r>
    </w:p>
    <w:p xmlns:wp14="http://schemas.microsoft.com/office/word/2010/wordml" w14:paraId="3867F4B3" wp14:textId="77777777">
      <w:pPr>
        <w:jc w:val="center"/>
      </w:pPr>
      <w:r>
        <w:rPr>
          <w:b/>
          <w:color w:val="1F4E79"/>
          <w:sz w:val="36"/>
        </w:rPr>
        <w:t>KEY MESSAGES TO SHARE</w:t>
      </w:r>
    </w:p>
    <w:p xmlns:wp14="http://schemas.microsoft.com/office/word/2010/wordml" w14:paraId="6CEAAF87" wp14:textId="77777777">
      <w:pPr>
        <w:jc w:val="center"/>
      </w:pPr>
      <w:r>
        <w:rPr>
          <w:b/>
          <w:sz w:val="20"/>
        </w:rPr>
        <w:t>June 11, 2026</w:t>
      </w:r>
    </w:p>
    <w:p xmlns:wp14="http://schemas.microsoft.com/office/word/2010/wordml" w14:paraId="4B94D5A5" wp14:textId="77777777"/>
    <w:p xmlns:wp14="http://schemas.microsoft.com/office/word/2010/wordml" w14:paraId="47739715" wp14:textId="77777777">
      <w:pPr>
        <w:pStyle w:val="Heading1"/>
      </w:pPr>
      <w:r>
        <w:rPr>
          <w:b/>
          <w:color w:val="1F4E79"/>
          <w:sz w:val="32"/>
        </w:rPr>
        <w:t>Key Messages to Share</w:t>
      </w:r>
    </w:p>
    <w:p xmlns:wp14="http://schemas.microsoft.com/office/word/2010/wordml" w14:paraId="34C61E22" wp14:textId="77777777">
      <w:r>
        <w:t>Use this section to capture the most important information members should take back to their organizations, teams or networks.</w:t>
      </w:r>
    </w:p>
    <w:p xmlns:wp14="http://schemas.microsoft.com/office/word/2010/wordml" w14:paraId="6285404A" wp14:textId="77777777">
      <w:pPr>
        <w:pStyle w:val="ListBullet"/>
      </w:pPr>
      <w:r>
        <w:t>____________________________________________________________________________________________</w:t>
      </w:r>
    </w:p>
    <w:p xmlns:wp14="http://schemas.microsoft.com/office/word/2010/wordml" w14:paraId="65CD3ACE" wp14:textId="77777777">
      <w:pPr>
        <w:pStyle w:val="ListBullet"/>
      </w:pPr>
      <w:r>
        <w:t>____________________________________________________________________________________________</w:t>
      </w:r>
    </w:p>
    <w:p xmlns:wp14="http://schemas.microsoft.com/office/word/2010/wordml" w14:paraId="596AC203" wp14:textId="77777777">
      <w:pPr>
        <w:pStyle w:val="ListBullet"/>
      </w:pPr>
      <w:r>
        <w:t>____________________________________________________________________________________________</w:t>
      </w:r>
    </w:p>
    <w:p xmlns:wp14="http://schemas.microsoft.com/office/word/2010/wordml" w14:paraId="0C66DB88" w:rsidP="6F385B37" wp14:textId="0D1EEC8F">
      <w:pPr>
        <w:pStyle w:val="ListBullet"/>
        <w:numPr>
          <w:ilvl w:val="0"/>
          <w:numId w:val="0"/>
        </w:numPr>
        <w:ind w:left="0"/>
      </w:pPr>
    </w:p>
    <w:p xmlns:wp14="http://schemas.microsoft.com/office/word/2010/wordml" w14:paraId="4AE1ED5C" wp14:textId="304D442E">
      <w:pPr>
        <w:spacing w:before="160"/>
      </w:pPr>
      <w:r w:rsidR="6F385B37" w:rsidRPr="6F385B37">
        <w:rPr>
          <w:bCs w:val="1"/>
          <w:b/>
          <w:color w:val="1F4E79"/>
        </w:rPr>
        <w:t xml:space="preserve">NEXT MEETING: </w:t>
      </w:r>
      <w:r w:rsidR="6F385B37">
        <w:rPr/>
        <w:t xml:space="preserve">Thursday, </w:t>
      </w:r>
      <w:r w:rsidR="47CCFFEC">
        <w:rPr/>
        <w:t>Oct. 8</w:t>
      </w:r>
      <w:r w:rsidR="6F385B37">
        <w:rPr/>
        <w:t xml:space="preserve"> 2026</w:t>
      </w:r>
    </w:p>
    <w:sectPr w:rsidR="00FC693F" w:rsidRPr="0006063C" w:rsidSect="00034616">
      <w:docGrid w:linePitch="360"/>
      <w:headerReference r:id="rId9" w:type="default"/>
      <w:pgSz w:w="15840" w:h="12240" w:orient="landscape"/>
      <w:pgMar w:left="648" w:right="648" w:top="648" w:bottom="648" w:header="720" w:footer="720" w:gutter="0"/>
      <w:cols w:space="720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/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a="http://schemas.openxmlformats.org/drawingml/2006/main" xmlns:pic="http://schemas.openxmlformats.org/drawingml/2006/picture" mc:Ignorable="w14 wp14">
  <w:p xmlns:wp14="http://schemas.microsoft.com/office/word/2010/wordml" w14:paraId="3DEEC669" wp14:textId="77777777">
    <w:pPr>
      <w:pStyle w:val="Header"/>
      <w:spacing w:after="40"/>
      <w:jc w:val="center"/>
    </w:pPr>
    <w:r>
      <w:drawing>
        <wp:inline xmlns:a="http://schemas.openxmlformats.org/drawingml/2006/main" xmlns:pic="http://schemas.openxmlformats.org/drawingml/2006/picture" xmlns:wp14="http://schemas.microsoft.com/office/word/2010/wordprocessingDrawing" wp14:anchorId="58FE95F0" wp14:editId="7777777">
          <wp:extent cx="658368" cy="94082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172d601-d1e1-43f3-8f1b-9b3a4ad9978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8368" cy="940822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9">
    <w:multiLevelType w:val="hybridMultilevel"/>
    <w:nsid w:val="778ab5f6"/>
    <w:lvl xmlns:w="http://schemas.openxmlformats.org/wordprocessingml/2006/main" w:ilvl="0">
      <w:numFmt w:val="bullet"/>
      <w:lvlText w:val=""/>
      <w:start w:val="1"/>
      <w:rPr>
        <w:rFonts w:ascii="Symbol" w:hAnsi="Symbol" w:hint="default"/>
      </w:rPr>
      <w:pPr>
        <w:ind w:left="720"/>
        <w:ind w:hanging="360"/>
      </w:pPr>
      <w:lvlJc w:val="left"/>
    </w:lvl>
    <w:lvl xmlns:w="http://schemas.openxmlformats.org/wordprocessingml/2006/main" w:ilvl="1">
      <w:numFmt w:val="bullet"/>
      <w:lvlText w:val="o"/>
      <w:start w:val="1"/>
      <w:rPr>
        <w:rFonts w:ascii="Courier New" w:hAnsi="Courier New" w:hint="default"/>
      </w:rPr>
      <w:pPr>
        <w:ind w:left="1440"/>
        <w:ind w:hanging="360"/>
      </w:pPr>
      <w:lvlJc w:val="left"/>
    </w:lvl>
    <w:lvl xmlns:w="http://schemas.openxmlformats.org/wordprocessingml/2006/main" w:ilvl="2">
      <w:numFmt w:val="bullet"/>
      <w:lvlText w:val=""/>
      <w:start w:val="1"/>
      <w:rPr>
        <w:rFonts w:ascii="Wingdings" w:hAnsi="Wingdings" w:hint="default"/>
      </w:rPr>
      <w:pPr>
        <w:ind w:left="2160"/>
        <w:ind w:hanging="360"/>
      </w:pPr>
      <w:lvlJc w:val="left"/>
    </w:lvl>
    <w:lvl xmlns:w="http://schemas.openxmlformats.org/wordprocessingml/2006/main" w:ilvl="3">
      <w:numFmt w:val="bullet"/>
      <w:lvlText w:val=""/>
      <w:start w:val="1"/>
      <w:rPr>
        <w:rFonts w:ascii="Symbol" w:hAnsi="Symbol" w:hint="default"/>
      </w:rPr>
      <w:pPr>
        <w:ind w:left="2880"/>
        <w:ind w:hanging="360"/>
      </w:pPr>
      <w:lvlJc w:val="left"/>
    </w:lvl>
    <w:lvl xmlns:w="http://schemas.openxmlformats.org/wordprocessingml/2006/main" w:ilvl="4">
      <w:numFmt w:val="bullet"/>
      <w:lvlText w:val="o"/>
      <w:start w:val="1"/>
      <w:rPr>
        <w:rFonts w:ascii="Courier New" w:hAnsi="Courier New" w:hint="default"/>
      </w:rPr>
      <w:pPr>
        <w:ind w:left="3600"/>
        <w:ind w:hanging="360"/>
      </w:pPr>
      <w:lvlJc w:val="left"/>
    </w:lvl>
    <w:lvl xmlns:w="http://schemas.openxmlformats.org/wordprocessingml/2006/main" w:ilvl="5">
      <w:numFmt w:val="bullet"/>
      <w:lvlText w:val=""/>
      <w:start w:val="1"/>
      <w:rPr>
        <w:rFonts w:ascii="Wingdings" w:hAnsi="Wingdings" w:hint="default"/>
      </w:rPr>
      <w:pPr>
        <w:ind w:left="4320"/>
        <w:ind w:hanging="360"/>
      </w:pPr>
      <w:lvlJc w:val="left"/>
    </w:lvl>
    <w:lvl xmlns:w="http://schemas.openxmlformats.org/wordprocessingml/2006/main" w:ilvl="6">
      <w:numFmt w:val="bullet"/>
      <w:lvlText w:val=""/>
      <w:start w:val="1"/>
      <w:rPr>
        <w:rFonts w:ascii="Symbol" w:hAnsi="Symbol" w:hint="default"/>
      </w:rPr>
      <w:pPr>
        <w:ind w:left="5040"/>
        <w:ind w:hanging="360"/>
      </w:pPr>
      <w:lvlJc w:val="left"/>
    </w:lvl>
    <w:lvl xmlns:w="http://schemas.openxmlformats.org/wordprocessingml/2006/main" w:ilvl="7">
      <w:numFmt w:val="bullet"/>
      <w:lvlText w:val="o"/>
      <w:start w:val="1"/>
      <w:rPr>
        <w:rFonts w:ascii="Courier New" w:hAnsi="Courier New" w:hint="default"/>
      </w:rPr>
      <w:pPr>
        <w:ind w:left="5760"/>
        <w:ind w:hanging="360"/>
      </w:pPr>
      <w:lvlJc w:val="left"/>
    </w:lvl>
    <w:lvl xmlns:w="http://schemas.openxmlformats.org/wordprocessingml/2006/main" w:ilvl="8">
      <w:numFmt w:val="bullet"/>
      <w:lvlText w:val=""/>
      <w:start w:val="1"/>
      <w:rPr>
        <w:rFonts w:ascii="Wingdings" w:hAnsi="Wingdings" w:hint="default"/>
      </w:rPr>
      <w:pPr>
        <w:ind w:left="6480"/>
        <w:ind w:hanging="360"/>
      </w:pPr>
      <w:lvlJc w:val="left"/>
    </w:lvl>
  </w:abstractNum>
  <w:abstractNum w:abstractNumId="0">
    <w:multiLevelType w:val="singleLevel"/>
    <w:nsid w:val="FFFFFF7C"/>
    <w:tmpl w:val="C310EC42"/>
    <w:lvl w:ilvl="0">
      <w:numFmt w:val="decimal"/>
      <w:lvlText w:val="%1."/>
      <w:start w:val="1"/>
      <w:pPr>
        <w:ind w:left="1800"/>
        <w:ind w:hanging="360"/>
        <w:tabs>
          <w:tab w:val="num" w:pos="1800"/>
        </w:tabs>
      </w:pPr>
      <w:lvlJc w:val="left"/>
    </w:lvl>
  </w:abstractNum>
  <w:abstractNum w:abstractNumId="1">
    <w:multiLevelType w:val="singleLevel"/>
    <w:nsid w:val="FFFFFF7D"/>
    <w:tmpl w:val="E4089024"/>
    <w:lvl w:ilvl="0">
      <w:numFmt w:val="decimal"/>
      <w:lvlText w:val="%1."/>
      <w:start w:val="1"/>
      <w:pPr>
        <w:ind w:left="1440"/>
        <w:ind w:hanging="360"/>
        <w:tabs>
          <w:tab w:val="num" w:pos="1440"/>
        </w:tabs>
      </w:pPr>
      <w:lvlJc w:val="left"/>
    </w:lvl>
  </w:abstractNum>
  <w:abstractNum w:abstractNumId="2">
    <w:multiLevelType w:val="singleLevel"/>
    <w:nsid w:val="FFFFFF7E"/>
    <w:tmpl w:val="FB12693A"/>
    <w:lvl w:ilvl="0">
      <w:numFmt w:val="decimal"/>
      <w:lvlText w:val="%1."/>
      <w:start w:val="1"/>
      <w:pPr>
        <w:ind w:left="1080"/>
        <w:ind w:hanging="360"/>
        <w:tabs>
          <w:tab w:val="num" w:pos="1080"/>
        </w:tabs>
      </w:pPr>
      <w:pStyle w:val="ListNumber3"/>
      <w:lvlJc w:val="left"/>
    </w:lvl>
  </w:abstractNum>
  <w:abstractNum w:abstractNumId="3">
    <w:multiLevelType w:val="singleLevel"/>
    <w:nsid w:val="FFFFFF7F"/>
    <w:tmpl w:val="38441652"/>
    <w:lvl w:ilvl="0">
      <w:numFmt w:val="decimal"/>
      <w:lvlText w:val="%1."/>
      <w:start w:val="1"/>
      <w:pPr>
        <w:ind w:left="720"/>
        <w:ind w:hanging="360"/>
        <w:tabs>
          <w:tab w:val="num" w:pos="720"/>
        </w:tabs>
      </w:pPr>
      <w:pStyle w:val="ListNumber2"/>
      <w:lvlJc w:val="left"/>
    </w:lvl>
  </w:abstractNum>
  <w:abstractNum w:abstractNumId="4">
    <w:multiLevelType w:val="singleLevel"/>
    <w:nsid w:val="FFFFFF81"/>
    <w:tmpl w:val="171AC3A4"/>
    <w:lvl w:ilvl="0">
      <w:numFmt w:val="bullet"/>
      <w:lvlText w:val=""/>
      <w:start w:val="1"/>
      <w:rPr>
        <w:rFonts w:ascii="Symbol" w:hAnsi="Symbol" w:hint="default"/>
      </w:rPr>
      <w:pPr>
        <w:ind w:left="1440"/>
        <w:ind w:hanging="360"/>
        <w:tabs>
          <w:tab w:val="num" w:pos="1440"/>
        </w:tabs>
      </w:pPr>
      <w:lvlJc w:val="left"/>
    </w:lvl>
  </w:abstractNum>
  <w:abstractNum w:abstractNumId="5">
    <w:multiLevelType w:val="singleLevel"/>
    <w:nsid w:val="FFFFFF82"/>
    <w:tmpl w:val="F3EAFDEC"/>
    <w:lvl w:ilvl="0">
      <w:numFmt w:val="bullet"/>
      <w:lvlText w:val=""/>
      <w:start w:val="1"/>
      <w:rPr>
        <w:rFonts w:ascii="Symbol" w:hAnsi="Symbol" w:hint="default"/>
      </w:rPr>
      <w:pPr>
        <w:ind w:left="1080"/>
        <w:ind w:hanging="360"/>
        <w:tabs>
          <w:tab w:val="num" w:pos="1080"/>
        </w:tabs>
      </w:pPr>
      <w:pStyle w:val="ListBullet3"/>
      <w:lvlJc w:val="left"/>
    </w:lvl>
  </w:abstractNum>
  <w:abstractNum w:abstractNumId="6">
    <w:multiLevelType w:val="singleLevel"/>
    <w:nsid w:val="FFFFFF83"/>
    <w:tmpl w:val="3D1EFFD4"/>
    <w:lvl w:ilvl="0">
      <w:numFmt w:val="bullet"/>
      <w:lvlText w:val=""/>
      <w:start w:val="1"/>
      <w:rPr>
        <w:rFonts w:ascii="Symbol" w:hAnsi="Symbol" w:hint="default"/>
      </w:rPr>
      <w:pPr>
        <w:ind w:left="720"/>
        <w:ind w:hanging="360"/>
        <w:tabs>
          <w:tab w:val="num" w:pos="720"/>
        </w:tabs>
      </w:pPr>
      <w:pStyle w:val="ListBullet2"/>
      <w:lvlJc w:val="left"/>
    </w:lvl>
  </w:abstractNum>
  <w:abstractNum w:abstractNumId="7">
    <w:multiLevelType w:val="singleLevel"/>
    <w:nsid w:val="FFFFFF88"/>
    <w:tmpl w:val="D0A62B40"/>
    <w:lvl w:ilvl="0">
      <w:numFmt w:val="decimal"/>
      <w:lvlText w:val="%1."/>
      <w:start w:val="1"/>
      <w:pPr>
        <w:ind w:left="360"/>
        <w:ind w:hanging="360"/>
        <w:tabs>
          <w:tab w:val="num" w:pos="360"/>
        </w:tabs>
      </w:pPr>
      <w:pStyle w:val="ListNumber"/>
      <w:lvlJc w:val="left"/>
    </w:lvl>
  </w:abstractNum>
  <w:abstractNum w:abstractNumId="8">
    <w:multiLevelType w:val="singleLevel"/>
    <w:nsid w:val="FFFFFF89"/>
    <w:tmpl w:val="29761A62"/>
    <w:lvl w:ilvl="0">
      <w:numFmt w:val="bullet"/>
      <w:lvlText w:val=""/>
      <w:start w:val="1"/>
      <w:rPr>
        <w:rFonts w:ascii="Symbol" w:hAnsi="Symbol" w:hint="default"/>
      </w:rPr>
      <w:pPr>
        <w:ind w:left="360"/>
        <w:ind w:hanging="360"/>
        <w:tabs>
          <w:tab w:val="num" w:pos="360"/>
        </w:tabs>
      </w:pPr>
      <w:pStyle w:val="ListBullet"/>
      <w:lvlJc w:val="left"/>
    </w:lvl>
  </w:abstractNum>
  <w:abstractNum w:abstractNumId="10121982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0">
    <w:abstractNumId w:val="9"/>
  </w: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121982">
    <w:abstractNumId w:val="10121982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13576B81-BB20-40DF-BC0C-029B78EF4CCA}"/>
  <w:rsids>
    <w:rsidRoot val="00B47730"/>
    <w:rsid val="00034616"/>
    <w:rsid val="0006063C"/>
    <w:rsid val="0015074B"/>
    <w:rsid val="0029639D"/>
    <w:rsid val="00326F90"/>
    <w:rsid val="0033373F"/>
    <w:rsid val="00AA1D8D"/>
    <w:rsid val="00B47730"/>
    <w:rsid val="00CB0664"/>
    <w:rsid val="00FC693F"/>
    <w:rsid val="0D97A752"/>
    <w:rsid val="0FCD54D6"/>
    <w:rsid val="10979F7A"/>
    <w:rsid val="10B5967D"/>
    <w:rsid val="12B32572"/>
    <w:rsid val="1660C870"/>
    <w:rsid val="1DA64CD5"/>
    <w:rsid val="20E0B048"/>
    <w:rsid val="21369142"/>
    <w:rsid val="22F24483"/>
    <w:rsid val="35B17871"/>
    <w:rsid val="3729DD12"/>
    <w:rsid val="3F6161A2"/>
    <w:rsid val="40C9F53C"/>
    <w:rsid val="47CCFFEC"/>
    <w:rsid val="4882FDB6"/>
    <w:rsid val="496D719B"/>
    <w:rsid val="4C93313E"/>
    <w:rsid val="51648488"/>
    <w:rsid val="54EDA08C"/>
    <w:rsid val="595F061C"/>
    <w:rsid val="5A0152F8"/>
    <w:rsid val="5D078497"/>
    <w:rsid val="5D8E2563"/>
    <w:rsid val="6326E3C8"/>
    <w:rsid val="64C81DE9"/>
    <w:rsid val="67127DE3"/>
    <w:rsid val="6919D04C"/>
    <w:rsid val="69CB0CDD"/>
    <w:rsid val="6F385B37"/>
    <w:rsid val="79269FDB"/>
    <w:rsid val="7B8A672C"/>
    <w:rsid val="7DBA1A5A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Sharon Halladay</lastModifiedBy>
  <revision>2</revision>
  <dcterms:created xsi:type="dcterms:W3CDTF">2013-12-23T23:15:00.0000000Z</dcterms:created>
  <dcterms:modified xsi:type="dcterms:W3CDTF">2026-08-20T14:33:37.5699610Z</dcterms:modified>
  <category/>
</coreProperties>
</file>